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2F5E1" w14:textId="77777777" w:rsidR="00E43052" w:rsidRPr="003B1E9C" w:rsidRDefault="0007644F" w:rsidP="003B1E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B1E9C">
        <w:rPr>
          <w:rFonts w:ascii="Times New Roman" w:hAnsi="Times New Roman" w:cs="Times New Roman"/>
          <w:sz w:val="20"/>
          <w:szCs w:val="20"/>
        </w:rPr>
        <w:t>Name: _______________________________________</w:t>
      </w:r>
    </w:p>
    <w:p w14:paraId="5F4F7282" w14:textId="6B6D5B76" w:rsidR="00E43052" w:rsidRPr="003B1E9C" w:rsidRDefault="00C73E38" w:rsidP="003B1E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Follow-Up Email</w:t>
      </w:r>
      <w:r w:rsidR="0007644F" w:rsidRPr="003B1E9C">
        <w:rPr>
          <w:rFonts w:ascii="Times New Roman" w:hAnsi="Times New Roman" w:cs="Times New Roman"/>
          <w:sz w:val="20"/>
          <w:szCs w:val="20"/>
        </w:rPr>
        <w:t>: ____________________________</w:t>
      </w:r>
      <w:r w:rsidR="00F64782">
        <w:rPr>
          <w:rFonts w:ascii="Times New Roman" w:hAnsi="Times New Roman" w:cs="Times New Roman"/>
          <w:sz w:val="20"/>
          <w:szCs w:val="20"/>
        </w:rPr>
        <w:t>_</w:t>
      </w:r>
    </w:p>
    <w:p w14:paraId="4D38DDDF" w14:textId="1B417D96" w:rsidR="00E43052" w:rsidRDefault="0007644F" w:rsidP="003B1E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B1E9C">
        <w:rPr>
          <w:rFonts w:ascii="Times New Roman" w:hAnsi="Times New Roman" w:cs="Times New Roman"/>
          <w:sz w:val="20"/>
          <w:szCs w:val="20"/>
        </w:rPr>
        <w:t>Species or Behavior of Interest: ___________________</w:t>
      </w:r>
    </w:p>
    <w:p w14:paraId="3A7B9C10" w14:textId="77777777" w:rsidR="003B1E9C" w:rsidRPr="003B1E9C" w:rsidRDefault="003B1E9C" w:rsidP="003B1E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C410B64" w14:textId="4CB5D3B2" w:rsidR="003B1E9C" w:rsidRPr="00F64782" w:rsidRDefault="00F64782" w:rsidP="003B1E9C">
      <w:pPr>
        <w:pStyle w:val="Title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Wish List: </w:t>
      </w:r>
      <w:r w:rsidR="003B1E9C" w:rsidRPr="00F64782">
        <w:rPr>
          <w:sz w:val="28"/>
          <w:szCs w:val="28"/>
        </w:rPr>
        <w:t>Test Your Own Question or Come Up with Your Own Output</w:t>
      </w:r>
    </w:p>
    <w:p w14:paraId="58578732" w14:textId="6E2807CB" w:rsidR="00F64782" w:rsidRPr="00F64782" w:rsidRDefault="00F64782" w:rsidP="00F64782">
      <w:pPr>
        <w:pStyle w:val="Heading2"/>
        <w:rPr>
          <w:sz w:val="24"/>
          <w:szCs w:val="24"/>
        </w:rPr>
      </w:pPr>
      <w:r w:rsidRPr="00F64782">
        <w:rPr>
          <w:sz w:val="24"/>
          <w:szCs w:val="24"/>
        </w:rPr>
        <w:t xml:space="preserve">Step </w:t>
      </w:r>
      <w:r w:rsidRPr="00F64782">
        <w:rPr>
          <w:sz w:val="24"/>
          <w:szCs w:val="24"/>
        </w:rPr>
        <w:t>1</w:t>
      </w:r>
      <w:r w:rsidRPr="00F64782">
        <w:rPr>
          <w:sz w:val="24"/>
          <w:szCs w:val="24"/>
        </w:rPr>
        <w:t>: Your Biggest Concern About Mercury in the System</w:t>
      </w:r>
    </w:p>
    <w:p w14:paraId="30EA669A" w14:textId="77777777" w:rsidR="00F64782" w:rsidRPr="00F64782" w:rsidRDefault="00F64782" w:rsidP="00F64782">
      <w:pPr>
        <w:rPr>
          <w:sz w:val="20"/>
          <w:szCs w:val="20"/>
        </w:rPr>
      </w:pPr>
      <w:r w:rsidRPr="00F64782">
        <w:rPr>
          <w:sz w:val="20"/>
          <w:szCs w:val="20"/>
        </w:rPr>
        <w:t>What concern do you have about mercury in the Penobscot River? This could relate to fish health, human exposure, remediation efforts, or environmental change.</w:t>
      </w:r>
    </w:p>
    <w:p w14:paraId="2B6EE8D4" w14:textId="77777777" w:rsidR="00F64782" w:rsidRPr="00F64782" w:rsidRDefault="00F64782" w:rsidP="00F64782">
      <w:pPr>
        <w:rPr>
          <w:b/>
          <w:bCs/>
          <w:sz w:val="20"/>
          <w:szCs w:val="20"/>
        </w:rPr>
      </w:pPr>
      <w:r w:rsidRPr="00F64782">
        <w:rPr>
          <w:b/>
          <w:bCs/>
          <w:sz w:val="20"/>
          <w:szCs w:val="20"/>
        </w:rPr>
        <w:t>Your Concern or Challenge:</w:t>
      </w:r>
    </w:p>
    <w:p w14:paraId="58E6E069" w14:textId="77777777" w:rsidR="00F64782" w:rsidRPr="00F64782" w:rsidRDefault="00F64782" w:rsidP="00F64782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________________________________________________________________________________________________________</w:t>
      </w:r>
    </w:p>
    <w:p w14:paraId="2C3BFC5B" w14:textId="77777777" w:rsidR="00F64782" w:rsidRPr="00F64782" w:rsidRDefault="00F64782" w:rsidP="00F64782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_________________________________________________________________________________________________________</w:t>
      </w:r>
    </w:p>
    <w:p w14:paraId="6BA948B7" w14:textId="65E8E470" w:rsidR="00F64782" w:rsidRPr="00F64782" w:rsidRDefault="00F64782" w:rsidP="00F64782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_________________________________________________________________________________________________________</w:t>
      </w:r>
    </w:p>
    <w:p w14:paraId="599A8335" w14:textId="77777777" w:rsidR="00F64782" w:rsidRDefault="00F64782">
      <w:pPr>
        <w:pStyle w:val="Heading2"/>
        <w:rPr>
          <w:sz w:val="24"/>
          <w:szCs w:val="24"/>
        </w:rPr>
      </w:pPr>
    </w:p>
    <w:p w14:paraId="19A4A1B6" w14:textId="11ED59CB" w:rsidR="00E43052" w:rsidRPr="00F64782" w:rsidRDefault="0007644F">
      <w:pPr>
        <w:pStyle w:val="Heading2"/>
        <w:rPr>
          <w:sz w:val="24"/>
          <w:szCs w:val="24"/>
        </w:rPr>
      </w:pPr>
      <w:r w:rsidRPr="00F64782">
        <w:rPr>
          <w:sz w:val="24"/>
          <w:szCs w:val="24"/>
        </w:rPr>
        <w:t>S</w:t>
      </w:r>
      <w:r w:rsidRPr="00F64782">
        <w:rPr>
          <w:sz w:val="24"/>
          <w:szCs w:val="24"/>
        </w:rPr>
        <w:t xml:space="preserve">tep </w:t>
      </w:r>
      <w:r w:rsidR="00F64782" w:rsidRPr="00F64782">
        <w:rPr>
          <w:sz w:val="24"/>
          <w:szCs w:val="24"/>
        </w:rPr>
        <w:t>2</w:t>
      </w:r>
      <w:r w:rsidRPr="00F64782">
        <w:rPr>
          <w:sz w:val="24"/>
          <w:szCs w:val="24"/>
        </w:rPr>
        <w:t xml:space="preserve">: Your Question or </w:t>
      </w:r>
      <w:r w:rsidRPr="00F64782">
        <w:rPr>
          <w:sz w:val="24"/>
          <w:szCs w:val="24"/>
        </w:rPr>
        <w:t>Hypothesis</w:t>
      </w:r>
    </w:p>
    <w:p w14:paraId="5BDC7398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What question are you curious about, or what do you expect to happen in the model?</w:t>
      </w:r>
    </w:p>
    <w:p w14:paraId="77363C3B" w14:textId="77777777" w:rsidR="003B1E9C" w:rsidRPr="00F64782" w:rsidRDefault="0007644F">
      <w:pPr>
        <w:rPr>
          <w:b/>
          <w:bCs/>
          <w:sz w:val="20"/>
          <w:szCs w:val="20"/>
        </w:rPr>
      </w:pPr>
      <w:r w:rsidRPr="00F64782">
        <w:rPr>
          <w:b/>
          <w:bCs/>
          <w:sz w:val="20"/>
          <w:szCs w:val="20"/>
        </w:rPr>
        <w:t>Example</w:t>
      </w:r>
      <w:r w:rsidR="003B1E9C" w:rsidRPr="00F64782">
        <w:rPr>
          <w:b/>
          <w:bCs/>
          <w:sz w:val="20"/>
          <w:szCs w:val="20"/>
        </w:rPr>
        <w:t>s</w:t>
      </w:r>
      <w:r w:rsidRPr="00F64782">
        <w:rPr>
          <w:b/>
          <w:bCs/>
          <w:sz w:val="20"/>
          <w:szCs w:val="20"/>
        </w:rPr>
        <w:t xml:space="preserve">: </w:t>
      </w:r>
    </w:p>
    <w:p w14:paraId="334B7C11" w14:textId="76B18C41" w:rsidR="00E43052" w:rsidRPr="00F64782" w:rsidRDefault="0007644F" w:rsidP="003B1E9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F64782">
        <w:rPr>
          <w:sz w:val="20"/>
          <w:szCs w:val="20"/>
        </w:rPr>
        <w:t>“If salinity increases in the upper estuary, I expect spawning to shift downstream.”</w:t>
      </w:r>
    </w:p>
    <w:p w14:paraId="145E9E50" w14:textId="114D2E14" w:rsidR="003B1E9C" w:rsidRPr="00F64782" w:rsidRDefault="003B1E9C" w:rsidP="003B1E9C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F64782">
        <w:rPr>
          <w:sz w:val="20"/>
          <w:szCs w:val="20"/>
        </w:rPr>
        <w:t>“How do physical boundaries like a salt wedge or flood limit impact fish behavior?”</w:t>
      </w:r>
    </w:p>
    <w:p w14:paraId="71E35697" w14:textId="77777777" w:rsidR="00E43052" w:rsidRPr="00F64782" w:rsidRDefault="0007644F">
      <w:pPr>
        <w:rPr>
          <w:b/>
          <w:bCs/>
          <w:sz w:val="20"/>
          <w:szCs w:val="20"/>
        </w:rPr>
      </w:pPr>
      <w:r w:rsidRPr="00F64782">
        <w:rPr>
          <w:b/>
          <w:bCs/>
          <w:sz w:val="20"/>
          <w:szCs w:val="20"/>
        </w:rPr>
        <w:t>Y</w:t>
      </w:r>
      <w:r w:rsidRPr="00F64782">
        <w:rPr>
          <w:b/>
          <w:bCs/>
          <w:sz w:val="20"/>
          <w:szCs w:val="20"/>
        </w:rPr>
        <w:t>our Hypothesis / Question:</w:t>
      </w:r>
    </w:p>
    <w:p w14:paraId="397DC475" w14:textId="3D999ED3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</w:t>
      </w:r>
      <w:r w:rsidRPr="00F64782">
        <w:rPr>
          <w:sz w:val="20"/>
          <w:szCs w:val="20"/>
        </w:rPr>
        <w:t>________________________________</w:t>
      </w:r>
      <w:r w:rsidR="003B1E9C" w:rsidRPr="00F64782">
        <w:rPr>
          <w:sz w:val="20"/>
          <w:szCs w:val="20"/>
        </w:rPr>
        <w:t>________________________________</w:t>
      </w:r>
    </w:p>
    <w:p w14:paraId="28E6A209" w14:textId="272E8D5F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</w:t>
      </w:r>
      <w:r w:rsidR="003B1E9C" w:rsidRPr="00F64782">
        <w:rPr>
          <w:sz w:val="20"/>
          <w:szCs w:val="20"/>
        </w:rPr>
        <w:t>__________________________________</w:t>
      </w:r>
      <w:r w:rsidRPr="00F64782">
        <w:rPr>
          <w:sz w:val="20"/>
          <w:szCs w:val="20"/>
        </w:rPr>
        <w:t>__</w:t>
      </w:r>
    </w:p>
    <w:p w14:paraId="3FF22A1D" w14:textId="496EDB58" w:rsidR="003B1E9C" w:rsidRPr="00F64782" w:rsidRDefault="003B1E9C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_________________________________________________________________________________________________________</w:t>
      </w:r>
    </w:p>
    <w:p w14:paraId="32719CC3" w14:textId="77777777" w:rsidR="00F64782" w:rsidRDefault="00F64782">
      <w:pPr>
        <w:pStyle w:val="Heading2"/>
        <w:rPr>
          <w:sz w:val="24"/>
          <w:szCs w:val="24"/>
        </w:rPr>
      </w:pPr>
    </w:p>
    <w:p w14:paraId="32E2EB78" w14:textId="6CC33624" w:rsidR="00E43052" w:rsidRPr="00F64782" w:rsidRDefault="0007644F">
      <w:pPr>
        <w:pStyle w:val="Heading2"/>
        <w:rPr>
          <w:sz w:val="24"/>
          <w:szCs w:val="24"/>
        </w:rPr>
      </w:pPr>
      <w:r w:rsidRPr="00F64782">
        <w:rPr>
          <w:sz w:val="24"/>
          <w:szCs w:val="24"/>
        </w:rPr>
        <w:t>S</w:t>
      </w:r>
      <w:r w:rsidRPr="00F64782">
        <w:rPr>
          <w:sz w:val="24"/>
          <w:szCs w:val="24"/>
        </w:rPr>
        <w:t xml:space="preserve">tep </w:t>
      </w:r>
      <w:r w:rsidR="00F64782" w:rsidRPr="00F64782">
        <w:rPr>
          <w:sz w:val="24"/>
          <w:szCs w:val="24"/>
        </w:rPr>
        <w:t>3</w:t>
      </w:r>
      <w:r w:rsidRPr="00F64782">
        <w:rPr>
          <w:sz w:val="24"/>
          <w:szCs w:val="24"/>
        </w:rPr>
        <w:t xml:space="preserve">: What </w:t>
      </w:r>
      <w:r w:rsidRPr="00F64782">
        <w:rPr>
          <w:sz w:val="24"/>
          <w:szCs w:val="24"/>
        </w:rPr>
        <w:t>Output</w:t>
      </w:r>
      <w:r w:rsidR="00F64782">
        <w:rPr>
          <w:sz w:val="24"/>
          <w:szCs w:val="24"/>
        </w:rPr>
        <w:t>s</w:t>
      </w:r>
      <w:r w:rsidRPr="00F64782">
        <w:rPr>
          <w:sz w:val="24"/>
          <w:szCs w:val="24"/>
        </w:rPr>
        <w:t xml:space="preserve"> Could Help You </w:t>
      </w:r>
      <w:r w:rsidR="00F64782">
        <w:rPr>
          <w:sz w:val="24"/>
          <w:szCs w:val="24"/>
        </w:rPr>
        <w:t>Answer</w:t>
      </w:r>
      <w:r w:rsidRPr="00F64782">
        <w:rPr>
          <w:sz w:val="24"/>
          <w:szCs w:val="24"/>
        </w:rPr>
        <w:t xml:space="preserve"> This?</w:t>
      </w:r>
    </w:p>
    <w:p w14:paraId="467016E9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What information from the model would help you answer your question?</w:t>
      </w:r>
    </w:p>
    <w:p w14:paraId="552BCAF3" w14:textId="77777777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Migration paths</w:t>
      </w:r>
    </w:p>
    <w:p w14:paraId="0C15B21C" w14:textId="1F38F5EB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</w:t>
      </w:r>
      <w:r w:rsidR="003B1E9C" w:rsidRPr="00F64782">
        <w:rPr>
          <w:sz w:val="20"/>
          <w:szCs w:val="20"/>
        </w:rPr>
        <w:t>Migration timing or duration</w:t>
      </w:r>
    </w:p>
    <w:p w14:paraId="375E89E1" w14:textId="77777777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Energy levels</w:t>
      </w:r>
    </w:p>
    <w:p w14:paraId="40DC4EEF" w14:textId="77777777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Exposure to contaminants</w:t>
      </w:r>
    </w:p>
    <w:p w14:paraId="5ECD0AA1" w14:textId="58907B4D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lastRenderedPageBreak/>
        <w:t>☐</w:t>
      </w:r>
      <w:r w:rsidRPr="00F64782">
        <w:rPr>
          <w:sz w:val="20"/>
          <w:szCs w:val="20"/>
        </w:rPr>
        <w:t xml:space="preserve"> </w:t>
      </w:r>
      <w:r w:rsidR="009A6BF2">
        <w:rPr>
          <w:sz w:val="20"/>
          <w:szCs w:val="20"/>
        </w:rPr>
        <w:t xml:space="preserve">Frequency or </w:t>
      </w:r>
      <w:r w:rsidR="000617ED">
        <w:rPr>
          <w:sz w:val="20"/>
          <w:szCs w:val="20"/>
        </w:rPr>
        <w:t>Location</w:t>
      </w:r>
      <w:r w:rsidR="009A6BF2">
        <w:rPr>
          <w:sz w:val="20"/>
          <w:szCs w:val="20"/>
        </w:rPr>
        <w:t xml:space="preserve"> of Behavior</w:t>
      </w:r>
    </w:p>
    <w:p w14:paraId="7B1D9A3A" w14:textId="44B23E95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</w:t>
      </w:r>
      <w:r w:rsidR="003B1E9C" w:rsidRPr="00F64782">
        <w:rPr>
          <w:sz w:val="20"/>
          <w:szCs w:val="20"/>
        </w:rPr>
        <w:t>Analysis over time</w:t>
      </w:r>
    </w:p>
    <w:p w14:paraId="0517A7C2" w14:textId="19DAF1B7" w:rsidR="003B1E9C" w:rsidRPr="00F64782" w:rsidRDefault="003B1E9C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 xml:space="preserve">☐ </w:t>
      </w:r>
      <w:r w:rsidRPr="00F64782">
        <w:rPr>
          <w:sz w:val="20"/>
          <w:szCs w:val="20"/>
        </w:rPr>
        <w:t>Analysis over space</w:t>
      </w:r>
    </w:p>
    <w:p w14:paraId="39B297CF" w14:textId="2844E042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Habitat </w:t>
      </w:r>
      <w:r w:rsidR="003B1E9C" w:rsidRPr="00F64782">
        <w:rPr>
          <w:sz w:val="20"/>
          <w:szCs w:val="20"/>
        </w:rPr>
        <w:t>use</w:t>
      </w:r>
    </w:p>
    <w:p w14:paraId="59916C3A" w14:textId="30FFD29E" w:rsidR="003B1E9C" w:rsidRPr="00F64782" w:rsidRDefault="003B1E9C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 xml:space="preserve">☐ </w:t>
      </w:r>
      <w:r w:rsidRPr="00F64782">
        <w:rPr>
          <w:sz w:val="20"/>
          <w:szCs w:val="20"/>
        </w:rPr>
        <w:t>Unsure (need help brainstorming ideas)</w:t>
      </w:r>
    </w:p>
    <w:p w14:paraId="1376BA0B" w14:textId="77777777" w:rsidR="00E43052" w:rsidRPr="00F64782" w:rsidRDefault="0007644F" w:rsidP="003B1E9C">
      <w:pPr>
        <w:spacing w:line="240" w:lineRule="auto"/>
        <w:rPr>
          <w:sz w:val="20"/>
          <w:szCs w:val="20"/>
        </w:rPr>
      </w:pPr>
      <w:r w:rsidRPr="00F64782">
        <w:rPr>
          <w:rFonts w:ascii="Segoe UI Symbol" w:hAnsi="Segoe UI Symbol" w:cs="Segoe UI Symbol"/>
          <w:sz w:val="20"/>
          <w:szCs w:val="20"/>
        </w:rPr>
        <w:t>☐</w:t>
      </w:r>
      <w:r w:rsidRPr="00F64782">
        <w:rPr>
          <w:sz w:val="20"/>
          <w:szCs w:val="20"/>
        </w:rPr>
        <w:t xml:space="preserve"> Other: ___________________________</w:t>
      </w:r>
    </w:p>
    <w:p w14:paraId="3F3865B4" w14:textId="77777777" w:rsidR="00F64782" w:rsidRDefault="00F64782">
      <w:pPr>
        <w:pStyle w:val="Heading2"/>
        <w:rPr>
          <w:sz w:val="24"/>
          <w:szCs w:val="24"/>
        </w:rPr>
      </w:pPr>
    </w:p>
    <w:p w14:paraId="4CCBE34E" w14:textId="6029D0B4" w:rsidR="00E43052" w:rsidRPr="00F64782" w:rsidRDefault="0007644F">
      <w:pPr>
        <w:pStyle w:val="Heading2"/>
        <w:rPr>
          <w:sz w:val="24"/>
          <w:szCs w:val="24"/>
        </w:rPr>
      </w:pPr>
      <w:r w:rsidRPr="00F64782">
        <w:rPr>
          <w:sz w:val="24"/>
          <w:szCs w:val="24"/>
        </w:rPr>
        <w:t xml:space="preserve">Step </w:t>
      </w:r>
      <w:r w:rsidR="00F64782" w:rsidRPr="00F64782">
        <w:rPr>
          <w:sz w:val="24"/>
          <w:szCs w:val="24"/>
        </w:rPr>
        <w:t>4</w:t>
      </w:r>
      <w:r w:rsidRPr="00F64782">
        <w:rPr>
          <w:sz w:val="24"/>
          <w:szCs w:val="24"/>
        </w:rPr>
        <w:t>: What Change or Condition Do You Want to Test?</w:t>
      </w:r>
    </w:p>
    <w:p w14:paraId="44DC00BA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Pick one or more model inputs or s</w:t>
      </w:r>
      <w:r w:rsidRPr="00F64782">
        <w:rPr>
          <w:sz w:val="20"/>
          <w:szCs w:val="20"/>
        </w:rPr>
        <w:t>cenarios you’d like to try.</w:t>
      </w:r>
    </w:p>
    <w:p w14:paraId="4714ADCC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Change in salinity</w:t>
      </w:r>
    </w:p>
    <w:p w14:paraId="7F5C36DC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Change in temperature</w:t>
      </w:r>
    </w:p>
    <w:p w14:paraId="28C55360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More predators</w:t>
      </w:r>
    </w:p>
    <w:p w14:paraId="351C45F8" w14:textId="003DCCCB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Habitat restoration</w:t>
      </w:r>
    </w:p>
    <w:p w14:paraId="5DE64064" w14:textId="6D49E6C2" w:rsidR="003B1E9C" w:rsidRPr="00F64782" w:rsidRDefault="003B1E9C">
      <w:pPr>
        <w:rPr>
          <w:sz w:val="20"/>
          <w:szCs w:val="20"/>
        </w:rPr>
      </w:pPr>
      <w:r w:rsidRPr="00F64782">
        <w:rPr>
          <w:sz w:val="20"/>
          <w:szCs w:val="20"/>
        </w:rPr>
        <w:t xml:space="preserve">☐ </w:t>
      </w:r>
      <w:r w:rsidRPr="00F64782">
        <w:rPr>
          <w:sz w:val="20"/>
          <w:szCs w:val="20"/>
        </w:rPr>
        <w:t>Extreme conditions (i.e., storm conditions, climate change)</w:t>
      </w:r>
    </w:p>
    <w:p w14:paraId="18B5087F" w14:textId="2F484C76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☐</w:t>
      </w:r>
      <w:r w:rsidRPr="00F64782">
        <w:rPr>
          <w:sz w:val="20"/>
          <w:szCs w:val="20"/>
        </w:rPr>
        <w:t xml:space="preserve"> Delayed migration</w:t>
      </w:r>
    </w:p>
    <w:p w14:paraId="03AA0DB5" w14:textId="011F038F" w:rsidR="003B1E9C" w:rsidRPr="00F64782" w:rsidRDefault="003B1E9C" w:rsidP="003B1E9C">
      <w:pPr>
        <w:spacing w:line="240" w:lineRule="auto"/>
        <w:rPr>
          <w:sz w:val="20"/>
          <w:szCs w:val="20"/>
        </w:rPr>
      </w:pPr>
      <w:r w:rsidRPr="00F64782">
        <w:rPr>
          <w:sz w:val="20"/>
          <w:szCs w:val="20"/>
        </w:rPr>
        <w:t>☐ Unsure (need help brainstorming ideas)</w:t>
      </w:r>
    </w:p>
    <w:p w14:paraId="15786209" w14:textId="71A27BD6" w:rsidR="00F64782" w:rsidRPr="00F64782" w:rsidRDefault="0007644F" w:rsidP="00F64782">
      <w:pPr>
        <w:rPr>
          <w:sz w:val="20"/>
          <w:szCs w:val="20"/>
        </w:rPr>
      </w:pPr>
      <w:r w:rsidRPr="00F64782">
        <w:rPr>
          <w:rFonts w:ascii="Segoe UI Symbol" w:hAnsi="Segoe UI Symbol" w:cs="Segoe UI Symbol"/>
          <w:sz w:val="20"/>
          <w:szCs w:val="20"/>
        </w:rPr>
        <w:t>☐</w:t>
      </w:r>
      <w:r w:rsidRPr="00F64782">
        <w:rPr>
          <w:sz w:val="20"/>
          <w:szCs w:val="20"/>
        </w:rPr>
        <w:t xml:space="preserve"> Other: ___________________________</w:t>
      </w:r>
    </w:p>
    <w:p w14:paraId="1A449A99" w14:textId="77777777" w:rsidR="00F64782" w:rsidRDefault="00F64782">
      <w:pPr>
        <w:pStyle w:val="Heading2"/>
        <w:rPr>
          <w:sz w:val="24"/>
          <w:szCs w:val="24"/>
        </w:rPr>
      </w:pPr>
    </w:p>
    <w:p w14:paraId="341EC5AD" w14:textId="0175AB98" w:rsidR="00E43052" w:rsidRPr="00F64782" w:rsidRDefault="0007644F">
      <w:pPr>
        <w:pStyle w:val="Heading2"/>
        <w:rPr>
          <w:sz w:val="24"/>
          <w:szCs w:val="24"/>
        </w:rPr>
      </w:pPr>
      <w:r w:rsidRPr="00F64782">
        <w:rPr>
          <w:sz w:val="24"/>
          <w:szCs w:val="24"/>
        </w:rPr>
        <w:t>S</w:t>
      </w:r>
      <w:r w:rsidRPr="00F64782">
        <w:rPr>
          <w:sz w:val="24"/>
          <w:szCs w:val="24"/>
        </w:rPr>
        <w:t xml:space="preserve">tep </w:t>
      </w:r>
      <w:r w:rsidR="00F64782" w:rsidRPr="00F64782">
        <w:rPr>
          <w:sz w:val="24"/>
          <w:szCs w:val="24"/>
        </w:rPr>
        <w:t>5</w:t>
      </w:r>
      <w:r w:rsidRPr="00F64782">
        <w:rPr>
          <w:sz w:val="24"/>
          <w:szCs w:val="24"/>
        </w:rPr>
        <w:t>: What Do You Expect to See?</w:t>
      </w:r>
    </w:p>
    <w:p w14:paraId="1B925AB0" w14:textId="77777777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 xml:space="preserve">What do you think the </w:t>
      </w:r>
      <w:r w:rsidRPr="00F64782">
        <w:rPr>
          <w:sz w:val="20"/>
          <w:szCs w:val="20"/>
        </w:rPr>
        <w:t>model will show if your hypothesis is correct?</w:t>
      </w:r>
    </w:p>
    <w:p w14:paraId="60359718" w14:textId="4565EA48" w:rsidR="003B1E9C" w:rsidRPr="00F64782" w:rsidRDefault="0007644F">
      <w:pPr>
        <w:rPr>
          <w:sz w:val="20"/>
          <w:szCs w:val="20"/>
        </w:rPr>
      </w:pPr>
      <w:r w:rsidRPr="00F64782">
        <w:rPr>
          <w:b/>
          <w:bCs/>
          <w:sz w:val="20"/>
          <w:szCs w:val="20"/>
        </w:rPr>
        <w:t>Example</w:t>
      </w:r>
      <w:r w:rsidR="00C73E38" w:rsidRPr="00F64782">
        <w:rPr>
          <w:b/>
          <w:bCs/>
          <w:sz w:val="20"/>
          <w:szCs w:val="20"/>
        </w:rPr>
        <w:t>s</w:t>
      </w:r>
      <w:r w:rsidRPr="00F64782">
        <w:rPr>
          <w:sz w:val="20"/>
          <w:szCs w:val="20"/>
        </w:rPr>
        <w:t xml:space="preserve">: </w:t>
      </w:r>
    </w:p>
    <w:p w14:paraId="58ADC76F" w14:textId="1FD032C0" w:rsidR="00E43052" w:rsidRPr="00F64782" w:rsidRDefault="0007644F" w:rsidP="00C73E3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64782">
        <w:rPr>
          <w:sz w:val="20"/>
          <w:szCs w:val="20"/>
        </w:rPr>
        <w:t>“Fish will delay upstream migration or shift to lower salinity zones.”</w:t>
      </w:r>
    </w:p>
    <w:p w14:paraId="1137BB6E" w14:textId="2BFAF281" w:rsidR="003B1E9C" w:rsidRPr="00F64782" w:rsidRDefault="003B1E9C" w:rsidP="00C73E3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64782">
        <w:rPr>
          <w:sz w:val="20"/>
          <w:szCs w:val="20"/>
        </w:rPr>
        <w:t>“Fish will need to rest more or expend more energy</w:t>
      </w:r>
      <w:r w:rsidR="00C73E38" w:rsidRPr="00F64782">
        <w:rPr>
          <w:sz w:val="20"/>
          <w:szCs w:val="20"/>
        </w:rPr>
        <w:t xml:space="preserve"> near these boundaries</w:t>
      </w:r>
      <w:r w:rsidRPr="00F64782">
        <w:rPr>
          <w:sz w:val="20"/>
          <w:szCs w:val="20"/>
        </w:rPr>
        <w:t xml:space="preserve"> to overcome dynamic barriers like the salt wedge or flood limit”</w:t>
      </w:r>
    </w:p>
    <w:p w14:paraId="29EE899E" w14:textId="3798C073" w:rsidR="00C73E38" w:rsidRPr="00F64782" w:rsidRDefault="00C73E38" w:rsidP="00C73E38">
      <w:pPr>
        <w:rPr>
          <w:b/>
          <w:bCs/>
          <w:sz w:val="20"/>
          <w:szCs w:val="20"/>
        </w:rPr>
      </w:pPr>
      <w:r w:rsidRPr="00F64782">
        <w:rPr>
          <w:b/>
          <w:bCs/>
          <w:sz w:val="20"/>
          <w:szCs w:val="20"/>
        </w:rPr>
        <w:t>Your Expected Outcome</w:t>
      </w:r>
      <w:r w:rsidRPr="00F64782">
        <w:rPr>
          <w:b/>
          <w:bCs/>
          <w:sz w:val="20"/>
          <w:szCs w:val="20"/>
        </w:rPr>
        <w:t>:</w:t>
      </w:r>
    </w:p>
    <w:p w14:paraId="1DC8E1B1" w14:textId="5F2CCC0B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_</w:t>
      </w:r>
      <w:r w:rsidRPr="00F64782">
        <w:rPr>
          <w:sz w:val="20"/>
          <w:szCs w:val="20"/>
        </w:rPr>
        <w:t>____________________________________________________</w:t>
      </w:r>
      <w:r w:rsidR="003B1E9C" w:rsidRPr="00F64782">
        <w:rPr>
          <w:sz w:val="20"/>
          <w:szCs w:val="20"/>
        </w:rPr>
        <w:t>_________________________________</w:t>
      </w:r>
      <w:r w:rsidRPr="00F64782">
        <w:rPr>
          <w:sz w:val="20"/>
          <w:szCs w:val="20"/>
        </w:rPr>
        <w:t>___________________</w:t>
      </w:r>
    </w:p>
    <w:p w14:paraId="3E86FA26" w14:textId="4F5F8C46" w:rsidR="00E43052" w:rsidRPr="00F64782" w:rsidRDefault="0007644F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</w:t>
      </w:r>
      <w:r w:rsidRPr="00F64782">
        <w:rPr>
          <w:sz w:val="20"/>
          <w:szCs w:val="20"/>
        </w:rPr>
        <w:t>________________</w:t>
      </w:r>
      <w:r w:rsidR="003B1E9C" w:rsidRPr="00F64782">
        <w:rPr>
          <w:sz w:val="20"/>
          <w:szCs w:val="20"/>
        </w:rPr>
        <w:t>_________________________________</w:t>
      </w:r>
    </w:p>
    <w:p w14:paraId="1F9530B9" w14:textId="4655AF10" w:rsidR="003B1E9C" w:rsidRPr="00F64782" w:rsidRDefault="003B1E9C">
      <w:pPr>
        <w:rPr>
          <w:sz w:val="20"/>
          <w:szCs w:val="20"/>
        </w:rPr>
      </w:pPr>
      <w:r w:rsidRPr="00F64782">
        <w:rPr>
          <w:sz w:val="20"/>
          <w:szCs w:val="20"/>
        </w:rPr>
        <w:t>_________________________________________________________________________________________________________</w:t>
      </w:r>
    </w:p>
    <w:sectPr w:rsidR="003B1E9C" w:rsidRPr="00F6478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DA58" w14:textId="77777777" w:rsidR="0007644F" w:rsidRDefault="0007644F" w:rsidP="00F64782">
      <w:pPr>
        <w:spacing w:after="0" w:line="240" w:lineRule="auto"/>
      </w:pPr>
      <w:r>
        <w:separator/>
      </w:r>
    </w:p>
  </w:endnote>
  <w:endnote w:type="continuationSeparator" w:id="0">
    <w:p w14:paraId="2760AA58" w14:textId="77777777" w:rsidR="0007644F" w:rsidRDefault="0007644F" w:rsidP="00F6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CEB4" w14:textId="77777777" w:rsidR="0007644F" w:rsidRDefault="0007644F" w:rsidP="00F64782">
      <w:pPr>
        <w:spacing w:after="0" w:line="240" w:lineRule="auto"/>
      </w:pPr>
      <w:r>
        <w:separator/>
      </w:r>
    </w:p>
  </w:footnote>
  <w:footnote w:type="continuationSeparator" w:id="0">
    <w:p w14:paraId="6A6F100F" w14:textId="77777777" w:rsidR="0007644F" w:rsidRDefault="0007644F" w:rsidP="00F6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093C" w14:textId="4FECF6B5" w:rsidR="00F64782" w:rsidRDefault="00F64782" w:rsidP="00F64782">
    <w:pPr>
      <w:pStyle w:val="Header"/>
      <w:jc w:val="right"/>
    </w:pPr>
    <w:r>
      <w:t>Penobscot Estuary Workshop: Participant Hypothesis and Output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630411"/>
    <w:multiLevelType w:val="hybridMultilevel"/>
    <w:tmpl w:val="67906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75AA"/>
    <w:multiLevelType w:val="hybridMultilevel"/>
    <w:tmpl w:val="A798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7ED"/>
    <w:rsid w:val="0007644F"/>
    <w:rsid w:val="00143854"/>
    <w:rsid w:val="0015074B"/>
    <w:rsid w:val="0029639D"/>
    <w:rsid w:val="00326F90"/>
    <w:rsid w:val="003B1E9C"/>
    <w:rsid w:val="00461746"/>
    <w:rsid w:val="009A6BF2"/>
    <w:rsid w:val="00AA1D8D"/>
    <w:rsid w:val="00B47730"/>
    <w:rsid w:val="00C73E38"/>
    <w:rsid w:val="00CB0664"/>
    <w:rsid w:val="00E43052"/>
    <w:rsid w:val="00F647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6D732"/>
  <w14:defaultImageDpi w14:val="300"/>
  <w15:docId w15:val="{C1D6EADA-E9D1-480C-8553-5C95A3EC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Quintana, Vanessa M ERDC-RDE-EL-MS Contractor</cp:lastModifiedBy>
  <cp:revision>4</cp:revision>
  <dcterms:created xsi:type="dcterms:W3CDTF">2025-07-24T17:58:00Z</dcterms:created>
  <dcterms:modified xsi:type="dcterms:W3CDTF">2025-07-24T17:59:00Z</dcterms:modified>
  <cp:category/>
</cp:coreProperties>
</file>